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ולזהות אותם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הגיאוגרפיות שבשמות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בעברית לקראת שבוע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רמות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או מקום 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קריה יכולה להופיע גם בשמות יישובים קטנים כמו קריית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באר היא מקור מים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בדף נאמר שהשם מכוסה בפס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(מקור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(שטח גבוה ושטוח)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 קטן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(זרם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משחקים במשחק היישובים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המוצגת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לב לפס הסגול שמכסה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אילו פרטים בתמונה יכולים לרמוז על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תשובה אחת מתוך האפשרויות שמוצגות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בארותיים - כי יש שם בארות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באר = מקור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רמות מאיר או שם דומה עם המילה רמה/גבעה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בתמונה, חושבים על רמזים ובוחרים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היישובים הנזכרים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משמעות שמות של היישוב שלהם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שמות יצירתיים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'יישובים בתמונות' צריך לזהות שם יישוב לפי ציור, כשהשם עצמו מוסתר. בדף הזה נתרגל שמות של יישובים במדינת ישראל ואת המשמעות של מילים שחוזרות בשמות כמו קריה, רמה ובאר.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באר  ·  גבעה  ·  עיר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שם של יישוב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רמות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רמות השדה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רמת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המשמעות של המילה 'קריה' בשם 'קריית ארבע'?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עיר או מקום 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'קריה' מופיעה רק בשמות של ערים גדולות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'באר' בשם יישוב קשורה בדרך כלל למקור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'יישובים בתמונות' שם היישוב מוצג בגלוי ליד התמונה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מקור מים שנמצא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תל גבוה וקטן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במילה 'קריית ארבע' המילה קריה פירושה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זרם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 קטן וגבוה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מקור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שטח גבוה ושטוח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איך משחקים במשחק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תשובה אחת מתוך האפשרויות שמוצגות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התמונה המוצגת על המסך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לפס הסגול שמכסה את שם היישוב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אילו פרטים בתמונה יכולים לרמוז על שם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יישוב אחד מהדף וכתבו משפט שמסביר מניין בא השם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'באר' בשם 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ליישוב ששמו קשור לשטח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בישראל – שמות ומשמעויות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