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יישובים בישראל – שמות ומשמעויות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שמות של יישובים בישראל ולזהות אותם לפי רמזים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משמעות המילים הגיאוגרפיות שבשמות יישובים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להעשיר אוצר מילים בעברית לקראת שבוע השפה העברית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יישובים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רמות מאיר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עיר או מקום יישוב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באר (מקור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היא קשורה למילה עוצמה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שטח גבוה ושטוח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קריה יכולה להופיע גם בשמות יישובים קטנים כמו קריית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באר היא מקור מים באדמה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בדף נאמר שהשם מכוסה בפס סגול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שתיהן מתארות פני שטח גבוהים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אלה שני יישובים שונים לגמרי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נחל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מילה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(מקור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(שטח גבוה ושטוח)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(תל קטן וגבוה)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(זרם מים)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(עיר או יישוב)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– איך משחקים במשחק היישובים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מסתכלים על התמונה המוצגת על המסך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שמים לב לפס הסגול שמכסה את שם היישוב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חושבים אילו פרטים בתמונה יכולים לרמוז על שם היישוב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בוחרים תשובה אחת מתוך האפשרויות שמוצגות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בודקים אם התשובה נכונה וממשיכים לשאלה הבאה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חופשית, למשל: בארותיים - כי יש שם בארות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רמה היא שטח גבוה ושטוח, גבעה היא תל קטן וגבוה יותר באופן בולט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באר = מקור 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רמות מאיר או שם דומה עם המילה רמה/גבעה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מסתכלים בתמונה, חושבים על רמזים ובוחרים תשובה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תמונות אמיתיות של היישובים הנזכרים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לחפש משמעות שמות של היישוב שלהם 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לאפשר עבודה בזוגות ולשתף שמות יצירתיים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🖼️ משחקי מילים בתמונות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יישובים בישראל – שמות ומשמעויות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במשחק צריך לנחש שם של יישוב לפי תמונה. בדף הזה נלמד שמות של יישובים בישראל ומה המשמעות של המילים בשמות שלהם.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יישוב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שבו גרים אנשים, כמו עיר או כפר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קריה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שמשמעותה עיר או מקום יישוב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שטח גבוה ושטוח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מקור מים בתוך האדמה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גבעה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תל קטן וגבוה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נחל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זרם מים שזורם בין הרים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עוצם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של מושב, מהמילה עוצמה - כוח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קריית ארבע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יישוב בהר חברון, השם קשור למספר ארבע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יישובים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סמנו שם אמיתי של יישוב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רמות מאיר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רמות השדה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רמת כוכב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רמת ברק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המילה קריה?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עיר או מקום יישוב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קשורה לשם בארותיים?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באר (מקור מים)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 (חיטה)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בור (חפירה)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ברד (קרח)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מאיזו מילה בא השם עוצם?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קשורה למילה עוצמה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קשורה למילה עץ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קשורה למילה עוצר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קשורה למילה עצמון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זה 'רמה'?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שטח גבוה ושטוח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נחל זורם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מערה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חוף 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'קריה' מופיעה רק בשמות של ערים גדולות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'באר' בשם יישוב קשורה בדרך כלל למקור 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'יישובים בתמונות' שם היישוב מוצג בגלוי ליד התמונה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'רמה' ו'גבעה' הן שתי מילים שמתארות שטח גבוה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קריית ארבע ובארותיים הם שני שמות של אותו יישוב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היא מקור מים שנמצא בתוך האדמה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הוא תל גבוה וקטן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במילה 'קריית ארבע' המילה קריה פירושה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הוא שטח גבוה ושטוח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הוא זרם מים שזורם בין הרים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מילה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תל קטן וגבוה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עיר או יישוב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גבעה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מקור מים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נחל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שטח גבוה ושטוח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קריה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זרם 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– איך משחקים במשחק היישובים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חושבים אילו פרטים בתמונה יכולים לרמוז על שם היישוב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אם התשובה נכונה וממשיכים לשאלה הבאה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תשובה אחת מתוך האפשרויות שמוצגות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מסתכלים על התמונה המוצגת על המסך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שמים לב לפס הסגול שמכסה את שם היישוב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יישוב אחד מהדף וכתבו משפט שמסביר מניין בא השם שלו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'רמה' ל'גבעה'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המשמעות של המילה 'באר' בשם יישוב?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ליישוב ששמו קשור לשטח גבוה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משחקים במשחק זיהוי היישובים לפי התמונה?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יישובים בישראל – שמות ומשמעויות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