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בישראל – שמות ומשמעויות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יישובים בישראל ולזהות אותם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הגיאוגרפיות שבשמות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בעברית לקראת שבוע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רמות מאיר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עיר או מקום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באר (מקור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היא קשורה למילה 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שטח גבוה ושטוח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קריה יכולה להופיע גם בשמות יישובים קטנים כמו קריית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באר היא מקור מים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בדף נאמר שהשם מכוסה בפס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מתארות פני שטח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שני יישובים שונים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(מקור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(שטח גבוה ושטוח)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(תל קטן וגבוה)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(זרם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(עיר או 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איך משחקים במשחק היישובים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התמונה המוצגת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לב לפס הסגול שמכסה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אילו פרטים בתמונה יכולים לרמוז על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תשובה אחת מתוך האפשרויות שמוצגות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אם התשובה נכונה וממשיכים לשאלה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בארותיים - כי יש שם בארות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רמה היא שטח גבוה ושטוח, גבעה היא תל קטן וגבוה יותר באופן בולט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באר = מקור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רמות מאיר או שם דומה עם המילה רמה/גבעה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בתמונה, חושבים על רמזים ובוחרים 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היישובים הנזכרים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משמעות שמות של היישוב שלהם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ולשתף שמות יצירתיים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בישראל – שמות ומשמעויות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'יישובים בתמונות' צריך לזהות שם יישוב לפי ציור, כשהשם עצמו מוסתר. בדף הזה נתרגל שמות של יישובים במדינת ישראל ואת המשמעות של מילים שחוזרות בשמות כמו קריה, רמה ובאר.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שם של יישוב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רמות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רמות השדה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רמת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המשמעות של המילה 'קריה' בשם 'קריית ארבע'?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או מקום 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השם 'בארותיים' קשור למילה: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 (מקור מים)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 (חיטה)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 (חפירה)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 (קרח)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נכון לגבי המילה 'עוצם' בשם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קשורה למילה עוצמה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קשורה למילה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קשורה למילה עוצר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קשורה למילה עצמון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הגיאוגרפית של המילה 'רמה' בשם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שטח גבוה ושטוח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 זורם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חוף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'קריה' מופיעה רק בשמות של ערים גדולות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'באר' בשם יישוב קשורה בדרך כלל למקור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'יישובים בתמונות' שם היישוב מוצג בגלוי ליד התמונה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'רמה' ו'גבעה' הן שתי מילים שמתארות שטח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קריית ארבע ובארותיים הם שני שמות של אותו 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מקור מים שנמצא 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תל גבוה וקטן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'קריית ארבע' המילה קריה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שטח גבוה ושטוח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זרם מים שזורם בין הרים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 קטן וגבוה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או 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זרם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מקור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גבוה ושטוח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איך משחקים במשחק היישובים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נכונה וממשיכים לשאלה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תשובה אחת מתוך האפשרויות שמוצגות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התמונה המוצגת על המסך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לפס הסגול שמכסה את שם היישוב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אילו פרטים בתמונה יכולים לרמוז על שם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אחד מהדף וכתבו משפט שמסביר מניין בא השם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'רמה' ל'גבעה'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'באר' בשם 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ליישוב ששמו קשור לשטח גבוה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משחקים במשחק זיהוי היישובים לפי התמונה?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בישראל – שמות ומשמעויות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